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AD69" w14:textId="77777777" w:rsidR="006D0362" w:rsidRDefault="00000000">
      <w:pPr>
        <w:spacing w:after="80"/>
        <w:jc w:val="center"/>
      </w:pPr>
      <w:r>
        <w:rPr>
          <w:b/>
          <w:color w:val="D62828"/>
          <w:sz w:val="52"/>
        </w:rPr>
        <w:t>JAVNI POZIV</w:t>
      </w:r>
    </w:p>
    <w:p w14:paraId="2C0B512A" w14:textId="77777777" w:rsidR="006D0362" w:rsidRDefault="00000000">
      <w:pPr>
        <w:spacing w:after="120"/>
        <w:jc w:val="center"/>
      </w:pPr>
      <w:r>
        <w:rPr>
          <w:b/>
          <w:color w:val="1455A3"/>
          <w:sz w:val="30"/>
        </w:rPr>
        <w:t>UKLJUČITE SE U PROJEKT</w:t>
      </w:r>
    </w:p>
    <w:p w14:paraId="49357EB1" w14:textId="77777777" w:rsidR="006D0362" w:rsidRDefault="00000000">
      <w:pPr>
        <w:spacing w:after="320"/>
        <w:jc w:val="center"/>
      </w:pPr>
      <w:r>
        <w:rPr>
          <w:b/>
          <w:color w:val="243447"/>
          <w:sz w:val="54"/>
        </w:rPr>
        <w:t>„MREŽA PODRŠKE“</w:t>
      </w:r>
    </w:p>
    <w:p w14:paraId="244A1C40" w14:textId="77777777" w:rsidR="006D0362" w:rsidRDefault="00000000">
      <w:pPr>
        <w:spacing w:after="360"/>
        <w:jc w:val="center"/>
      </w:pPr>
      <w:r>
        <w:rPr>
          <w:color w:val="243447"/>
          <w:sz w:val="30"/>
        </w:rPr>
        <w:t>Pomoć i podrška blizu vašeg doma</w:t>
      </w:r>
    </w:p>
    <w:p w14:paraId="4A2A95D2" w14:textId="77777777" w:rsidR="006D0362" w:rsidRDefault="00000000">
      <w:pPr>
        <w:spacing w:after="240"/>
        <w:jc w:val="center"/>
      </w:pPr>
      <w:r>
        <w:rPr>
          <w:b/>
          <w:color w:val="243447"/>
          <w:sz w:val="28"/>
        </w:rPr>
        <w:t>Projekt pruža besplatnu pomoć osobama s invaliditetom, starijim osobama i članovima njihovih obitelji.</w:t>
      </w:r>
    </w:p>
    <w:p w14:paraId="5EC27992" w14:textId="77777777" w:rsidR="006D0362" w:rsidRDefault="00000000" w:rsidP="00493BFA">
      <w:pPr>
        <w:spacing w:after="320"/>
        <w:rPr>
          <w:b/>
          <w:color w:val="2E7D32"/>
          <w:sz w:val="32"/>
        </w:rPr>
      </w:pPr>
      <w:r>
        <w:rPr>
          <w:noProof/>
        </w:rPr>
        <w:drawing>
          <wp:inline distT="0" distB="0" distL="0" distR="0" wp14:anchorId="754A5424" wp14:editId="3F8AEBFA">
            <wp:extent cx="360000" cy="360000"/>
            <wp:effectExtent l="0" t="0" r="0" b="0"/>
            <wp:docPr id="1" name="Picture 1" descr="Image: 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E7D32"/>
          <w:sz w:val="32"/>
        </w:rPr>
        <w:t xml:space="preserve">  SVE USLUGE SU BESPLATNE</w:t>
      </w:r>
    </w:p>
    <w:p w14:paraId="2A16E76E" w14:textId="77777777" w:rsidR="00493BFA" w:rsidRDefault="00493BFA" w:rsidP="00493BFA">
      <w:pPr>
        <w:spacing w:after="320"/>
      </w:pPr>
    </w:p>
    <w:p w14:paraId="65BEBF89" w14:textId="48C43723" w:rsidR="006D0362" w:rsidRDefault="00000000" w:rsidP="00493BFA">
      <w:pPr>
        <w:keepNext/>
        <w:shd w:val="clear" w:color="auto" w:fill="FCEBEC"/>
        <w:spacing w:before="320" w:after="220"/>
        <w:ind w:left="85" w:right="85"/>
        <w:jc w:val="center"/>
      </w:pPr>
      <w:r>
        <w:rPr>
          <w:b/>
          <w:color w:val="D62828"/>
          <w:sz w:val="32"/>
        </w:rPr>
        <w:t>TKO SE MOŽE UKLJUČITI?</w:t>
      </w:r>
    </w:p>
    <w:p w14:paraId="61C6E161" w14:textId="77777777" w:rsidR="006D0362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4F8BBC3F" wp14:editId="3EC1A257">
            <wp:extent cx="450000" cy="450000"/>
            <wp:effectExtent l="0" t="0" r="0" b="0"/>
            <wp:docPr id="2" name="Picture 2" descr="Image: 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op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2EB9" w14:textId="77777777" w:rsidR="00493BFA" w:rsidRDefault="00493BFA">
      <w:pPr>
        <w:spacing w:after="120"/>
        <w:jc w:val="center"/>
      </w:pPr>
    </w:p>
    <w:p w14:paraId="25C134AF" w14:textId="77777777" w:rsidR="006D0362" w:rsidRDefault="00000000" w:rsidP="00493BFA">
      <w:pPr>
        <w:pStyle w:val="ListBullet"/>
        <w:spacing w:after="140" w:line="600" w:lineRule="auto"/>
        <w:ind w:left="454" w:hanging="227"/>
      </w:pPr>
      <w:r>
        <w:rPr>
          <w:color w:val="243447"/>
        </w:rPr>
        <w:t>osobe s invaliditetom starije od 18 godina</w:t>
      </w:r>
    </w:p>
    <w:p w14:paraId="000EED61" w14:textId="77777777" w:rsidR="006D0362" w:rsidRDefault="00000000" w:rsidP="00493BFA">
      <w:pPr>
        <w:pStyle w:val="ListBullet"/>
        <w:spacing w:after="140" w:line="600" w:lineRule="auto"/>
        <w:ind w:left="454" w:hanging="227"/>
      </w:pPr>
      <w:r>
        <w:rPr>
          <w:color w:val="243447"/>
        </w:rPr>
        <w:t>starije osobe u dobi od 65 i više godina</w:t>
      </w:r>
    </w:p>
    <w:p w14:paraId="57B54082" w14:textId="77777777" w:rsidR="006D0362" w:rsidRDefault="00000000" w:rsidP="00493BFA">
      <w:pPr>
        <w:pStyle w:val="ListBullet"/>
        <w:spacing w:after="140" w:line="600" w:lineRule="auto"/>
        <w:ind w:left="454" w:hanging="227"/>
      </w:pPr>
      <w:r>
        <w:rPr>
          <w:color w:val="243447"/>
        </w:rPr>
        <w:t>članovi obitelji osoba s invaliditetom i starijih osoba</w:t>
      </w:r>
    </w:p>
    <w:p w14:paraId="5F78A3C0" w14:textId="77777777" w:rsidR="006D0362" w:rsidRDefault="00000000" w:rsidP="00493BFA">
      <w:pPr>
        <w:pStyle w:val="ListBullet"/>
        <w:spacing w:after="140" w:line="600" w:lineRule="auto"/>
        <w:ind w:left="454" w:hanging="227"/>
      </w:pPr>
      <w:r>
        <w:rPr>
          <w:color w:val="243447"/>
        </w:rPr>
        <w:t>osobe kojima je potrebna pomoć u svakodnevnom životu</w:t>
      </w:r>
    </w:p>
    <w:p w14:paraId="322EF323" w14:textId="77777777" w:rsidR="006D0362" w:rsidRDefault="00000000">
      <w:r>
        <w:br w:type="page"/>
      </w:r>
    </w:p>
    <w:p w14:paraId="4E325F41" w14:textId="77777777" w:rsidR="006D0362" w:rsidRDefault="00000000">
      <w:pPr>
        <w:keepNext/>
        <w:shd w:val="clear" w:color="auto" w:fill="EAF3FB"/>
        <w:spacing w:before="320" w:after="220"/>
        <w:ind w:left="85" w:right="85"/>
      </w:pPr>
      <w:r>
        <w:rPr>
          <w:b/>
          <w:color w:val="1455A3"/>
          <w:sz w:val="32"/>
        </w:rPr>
        <w:lastRenderedPageBreak/>
        <w:t xml:space="preserve">  KAKVU POMOĆ MOŽETE DOBITI?</w:t>
      </w:r>
    </w:p>
    <w:p w14:paraId="7D7D1CC6" w14:textId="77777777" w:rsidR="006D0362" w:rsidRDefault="00000000">
      <w:pPr>
        <w:keepNext/>
        <w:shd w:val="clear" w:color="auto" w:fill="EAF3FB"/>
        <w:spacing w:before="240" w:after="0"/>
        <w:ind w:left="85" w:right="85"/>
      </w:pPr>
      <w:r>
        <w:rPr>
          <w:noProof/>
        </w:rPr>
        <w:drawing>
          <wp:inline distT="0" distB="0" distL="0" distR="0" wp14:anchorId="257DBB33" wp14:editId="638353F7">
            <wp:extent cx="367200" cy="367200"/>
            <wp:effectExtent l="0" t="0" r="0" b="0"/>
            <wp:docPr id="3" name="Picture 3" descr="Image: 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455A3"/>
          <w:sz w:val="29"/>
        </w:rPr>
        <w:t xml:space="preserve">  1. SAVJETODAVNA PODRŠKA</w:t>
      </w:r>
    </w:p>
    <w:p w14:paraId="43C5C1CE" w14:textId="77777777" w:rsidR="006D0362" w:rsidRDefault="00000000">
      <w:pPr>
        <w:spacing w:before="80" w:after="240" w:line="283" w:lineRule="auto"/>
        <w:ind w:left="709" w:right="142"/>
        <w:rPr>
          <w:color w:val="243447"/>
          <w:sz w:val="24"/>
        </w:rPr>
      </w:pPr>
      <w:r>
        <w:rPr>
          <w:color w:val="243447"/>
          <w:sz w:val="24"/>
        </w:rPr>
        <w:t xml:space="preserve">Objasnit ćemo vam koja prava i usluge možete koristiti. Pomoći ćemo vam pronaći ustanovu </w:t>
      </w:r>
      <w:proofErr w:type="spellStart"/>
      <w:r>
        <w:rPr>
          <w:color w:val="243447"/>
          <w:sz w:val="24"/>
        </w:rPr>
        <w:t>kojoj</w:t>
      </w:r>
      <w:proofErr w:type="spellEnd"/>
      <w:r>
        <w:rPr>
          <w:color w:val="243447"/>
          <w:sz w:val="24"/>
        </w:rPr>
        <w:t xml:space="preserve"> se </w:t>
      </w:r>
      <w:proofErr w:type="spellStart"/>
      <w:r>
        <w:rPr>
          <w:color w:val="243447"/>
          <w:sz w:val="24"/>
        </w:rPr>
        <w:t>trebate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obratiti</w:t>
      </w:r>
      <w:proofErr w:type="spellEnd"/>
      <w:r>
        <w:rPr>
          <w:color w:val="243447"/>
          <w:sz w:val="24"/>
        </w:rPr>
        <w:t>.</w:t>
      </w:r>
    </w:p>
    <w:p w14:paraId="7D527D9D" w14:textId="77777777" w:rsidR="00493BFA" w:rsidRDefault="00493BFA">
      <w:pPr>
        <w:spacing w:before="80" w:after="240" w:line="283" w:lineRule="auto"/>
        <w:ind w:left="709" w:right="142"/>
      </w:pPr>
    </w:p>
    <w:p w14:paraId="14A8C8A4" w14:textId="77777777" w:rsidR="006D0362" w:rsidRDefault="00000000">
      <w:pPr>
        <w:keepNext/>
        <w:shd w:val="clear" w:color="auto" w:fill="EAF5EA"/>
        <w:spacing w:before="240" w:after="0"/>
        <w:ind w:left="85" w:right="85"/>
      </w:pPr>
      <w:r>
        <w:rPr>
          <w:noProof/>
        </w:rPr>
        <w:drawing>
          <wp:inline distT="0" distB="0" distL="0" distR="0" wp14:anchorId="40390CA9" wp14:editId="67A798BE">
            <wp:extent cx="367200" cy="367200"/>
            <wp:effectExtent l="0" t="0" r="0" b="0"/>
            <wp:docPr id="4" name="Picture 4" descr="Image: 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ght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E7D32"/>
          <w:sz w:val="29"/>
        </w:rPr>
        <w:t xml:space="preserve">  2. POMOĆ U OSTVARIVANJU PRAVA</w:t>
      </w:r>
    </w:p>
    <w:p w14:paraId="2A25F606" w14:textId="77777777" w:rsidR="006D0362" w:rsidRDefault="00000000">
      <w:pPr>
        <w:spacing w:before="80" w:after="240" w:line="283" w:lineRule="auto"/>
        <w:ind w:left="709" w:right="142"/>
        <w:rPr>
          <w:color w:val="243447"/>
          <w:sz w:val="24"/>
        </w:rPr>
      </w:pPr>
      <w:r>
        <w:rPr>
          <w:color w:val="243447"/>
          <w:sz w:val="24"/>
        </w:rPr>
        <w:t xml:space="preserve">Pomoći ćemo vam prikupiti dokumente, ispuniti obrasce, predati zahtjev </w:t>
      </w:r>
      <w:proofErr w:type="spellStart"/>
      <w:r>
        <w:rPr>
          <w:color w:val="243447"/>
          <w:sz w:val="24"/>
        </w:rPr>
        <w:t>i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razumjeti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dobiveno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rješenje</w:t>
      </w:r>
      <w:proofErr w:type="spellEnd"/>
      <w:r>
        <w:rPr>
          <w:color w:val="243447"/>
          <w:sz w:val="24"/>
        </w:rPr>
        <w:t>.</w:t>
      </w:r>
    </w:p>
    <w:p w14:paraId="738EB92D" w14:textId="77777777" w:rsidR="00493BFA" w:rsidRDefault="00493BFA">
      <w:pPr>
        <w:spacing w:before="80" w:after="240" w:line="283" w:lineRule="auto"/>
        <w:ind w:left="709" w:right="142"/>
      </w:pPr>
    </w:p>
    <w:p w14:paraId="0D5C11BC" w14:textId="77777777" w:rsidR="006D0362" w:rsidRDefault="00000000">
      <w:pPr>
        <w:keepNext/>
        <w:shd w:val="clear" w:color="auto" w:fill="FCEBEC"/>
        <w:spacing w:before="240" w:after="0"/>
        <w:ind w:left="85" w:right="85"/>
      </w:pPr>
      <w:r>
        <w:rPr>
          <w:noProof/>
        </w:rPr>
        <w:drawing>
          <wp:inline distT="0" distB="0" distL="0" distR="0" wp14:anchorId="239B99B3" wp14:editId="2364385A">
            <wp:extent cx="367200" cy="367200"/>
            <wp:effectExtent l="0" t="0" r="0" b="0"/>
            <wp:docPr id="5" name="Picture 5" descr="Image: 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or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D62828"/>
          <w:sz w:val="29"/>
        </w:rPr>
        <w:t xml:space="preserve">  3. PRIJEVOZ</w:t>
      </w:r>
    </w:p>
    <w:p w14:paraId="20210CB3" w14:textId="211D410B" w:rsidR="006D0362" w:rsidRDefault="00000000">
      <w:pPr>
        <w:spacing w:before="80" w:after="240" w:line="283" w:lineRule="auto"/>
        <w:ind w:left="709" w:right="142"/>
        <w:rPr>
          <w:color w:val="243447"/>
          <w:sz w:val="24"/>
        </w:rPr>
      </w:pPr>
      <w:r>
        <w:rPr>
          <w:color w:val="243447"/>
          <w:sz w:val="24"/>
        </w:rPr>
        <w:t xml:space="preserve">Možemo vas prevesti liječniku, u ljekarnu, na </w:t>
      </w:r>
      <w:proofErr w:type="spellStart"/>
      <w:r>
        <w:rPr>
          <w:color w:val="243447"/>
          <w:sz w:val="24"/>
        </w:rPr>
        <w:t>terapiju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ili</w:t>
      </w:r>
      <w:proofErr w:type="spellEnd"/>
      <w:r>
        <w:rPr>
          <w:color w:val="243447"/>
          <w:sz w:val="24"/>
        </w:rPr>
        <w:t xml:space="preserve"> </w:t>
      </w:r>
      <w:r w:rsidR="00493BFA">
        <w:rPr>
          <w:color w:val="243447"/>
          <w:sz w:val="24"/>
        </w:rPr>
        <w:t xml:space="preserve">za </w:t>
      </w:r>
      <w:proofErr w:type="spellStart"/>
      <w:r w:rsidR="00493BFA">
        <w:rPr>
          <w:color w:val="243447"/>
          <w:sz w:val="24"/>
        </w:rPr>
        <w:t>obavljanje</w:t>
      </w:r>
      <w:proofErr w:type="spellEnd"/>
      <w:r w:rsidR="00493BFA">
        <w:rPr>
          <w:color w:val="243447"/>
          <w:sz w:val="24"/>
        </w:rPr>
        <w:t xml:space="preserve"> </w:t>
      </w:r>
      <w:proofErr w:type="spellStart"/>
      <w:r w:rsidR="00493BFA">
        <w:rPr>
          <w:color w:val="243447"/>
          <w:sz w:val="24"/>
        </w:rPr>
        <w:t>svakodnevnih</w:t>
      </w:r>
      <w:proofErr w:type="spellEnd"/>
      <w:r w:rsidR="00493BFA">
        <w:rPr>
          <w:color w:val="243447"/>
          <w:sz w:val="24"/>
        </w:rPr>
        <w:t xml:space="preserve"> </w:t>
      </w:r>
      <w:proofErr w:type="spellStart"/>
      <w:r w:rsidR="00493BFA">
        <w:rPr>
          <w:color w:val="243447"/>
          <w:sz w:val="24"/>
        </w:rPr>
        <w:t>aktivnosti</w:t>
      </w:r>
      <w:proofErr w:type="spellEnd"/>
      <w:r w:rsidR="00493BFA">
        <w:rPr>
          <w:color w:val="243447"/>
          <w:sz w:val="24"/>
        </w:rPr>
        <w:t xml:space="preserve">. </w:t>
      </w:r>
    </w:p>
    <w:p w14:paraId="7E856CCB" w14:textId="77777777" w:rsidR="00493BFA" w:rsidRDefault="00493BFA">
      <w:pPr>
        <w:spacing w:before="80" w:after="240" w:line="283" w:lineRule="auto"/>
        <w:ind w:left="709" w:right="142"/>
      </w:pPr>
    </w:p>
    <w:p w14:paraId="2EF0F9BB" w14:textId="77777777" w:rsidR="006D0362" w:rsidRDefault="00000000">
      <w:pPr>
        <w:keepNext/>
        <w:shd w:val="clear" w:color="auto" w:fill="EAF3FB"/>
        <w:spacing w:before="240" w:after="0"/>
        <w:ind w:left="85" w:right="85"/>
      </w:pPr>
      <w:r>
        <w:rPr>
          <w:noProof/>
        </w:rPr>
        <w:drawing>
          <wp:inline distT="0" distB="0" distL="0" distR="0" wp14:anchorId="56D2A3BE" wp14:editId="69E0A210">
            <wp:extent cx="367200" cy="367200"/>
            <wp:effectExtent l="0" t="0" r="0" b="0"/>
            <wp:docPr id="6" name="Picture 6" descr="Image: 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u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455A3"/>
          <w:sz w:val="29"/>
        </w:rPr>
        <w:t xml:space="preserve">  4. GRUPE ZA PODRŠKU</w:t>
      </w:r>
    </w:p>
    <w:p w14:paraId="6DA95871" w14:textId="77777777" w:rsidR="006D0362" w:rsidRDefault="00000000">
      <w:pPr>
        <w:spacing w:before="80" w:after="240" w:line="283" w:lineRule="auto"/>
        <w:ind w:left="709" w:right="142"/>
        <w:rPr>
          <w:color w:val="243447"/>
          <w:sz w:val="24"/>
        </w:rPr>
      </w:pPr>
      <w:r>
        <w:rPr>
          <w:color w:val="243447"/>
          <w:sz w:val="24"/>
        </w:rPr>
        <w:t xml:space="preserve">Možete razgovarati s drugim ljudima, podijeliti iskustva, dobiti podršku i </w:t>
      </w:r>
      <w:proofErr w:type="spellStart"/>
      <w:r>
        <w:rPr>
          <w:color w:val="243447"/>
          <w:sz w:val="24"/>
        </w:rPr>
        <w:t>osjećati</w:t>
      </w:r>
      <w:proofErr w:type="spellEnd"/>
      <w:r>
        <w:rPr>
          <w:color w:val="243447"/>
          <w:sz w:val="24"/>
        </w:rPr>
        <w:t xml:space="preserve"> se </w:t>
      </w:r>
      <w:proofErr w:type="spellStart"/>
      <w:r>
        <w:rPr>
          <w:color w:val="243447"/>
          <w:sz w:val="24"/>
        </w:rPr>
        <w:t>manje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usamljeno</w:t>
      </w:r>
      <w:proofErr w:type="spellEnd"/>
      <w:r>
        <w:rPr>
          <w:color w:val="243447"/>
          <w:sz w:val="24"/>
        </w:rPr>
        <w:t>.</w:t>
      </w:r>
    </w:p>
    <w:p w14:paraId="56EC8BE2" w14:textId="77777777" w:rsidR="00493BFA" w:rsidRDefault="00493BFA">
      <w:pPr>
        <w:spacing w:before="80" w:after="240" w:line="283" w:lineRule="auto"/>
        <w:ind w:left="709" w:right="142"/>
      </w:pPr>
    </w:p>
    <w:p w14:paraId="14B2DB44" w14:textId="77777777" w:rsidR="006D0362" w:rsidRDefault="00000000">
      <w:pPr>
        <w:keepNext/>
        <w:shd w:val="clear" w:color="auto" w:fill="EAF5EA"/>
        <w:spacing w:before="240" w:after="0"/>
        <w:ind w:left="85" w:right="85"/>
      </w:pPr>
      <w:r>
        <w:rPr>
          <w:noProof/>
        </w:rPr>
        <w:drawing>
          <wp:inline distT="0" distB="0" distL="0" distR="0" wp14:anchorId="69B62B2F" wp14:editId="0CA38F15">
            <wp:extent cx="367200" cy="367200"/>
            <wp:effectExtent l="0" t="0" r="0" b="0"/>
            <wp:docPr id="7" name="Picture 7" descr="Image: 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E7D32"/>
          <w:sz w:val="29"/>
        </w:rPr>
        <w:t xml:space="preserve">  5. AKTIVNO SLOBODNO VRIJEME</w:t>
      </w:r>
    </w:p>
    <w:p w14:paraId="2C928F0E" w14:textId="77777777" w:rsidR="006D0362" w:rsidRDefault="00000000">
      <w:pPr>
        <w:spacing w:before="80" w:after="240" w:line="283" w:lineRule="auto"/>
        <w:ind w:left="709" w:right="142"/>
        <w:rPr>
          <w:color w:val="243447"/>
          <w:sz w:val="24"/>
        </w:rPr>
      </w:pPr>
      <w:r>
        <w:rPr>
          <w:color w:val="243447"/>
          <w:sz w:val="24"/>
        </w:rPr>
        <w:t xml:space="preserve">Možete sudjelovati u vježbanju, plesu, kreativnim, </w:t>
      </w:r>
      <w:proofErr w:type="spellStart"/>
      <w:r>
        <w:rPr>
          <w:color w:val="243447"/>
          <w:sz w:val="24"/>
        </w:rPr>
        <w:t>meditacijskim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i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eko-šik</w:t>
      </w:r>
      <w:proofErr w:type="spellEnd"/>
      <w:r>
        <w:rPr>
          <w:color w:val="243447"/>
          <w:sz w:val="24"/>
        </w:rPr>
        <w:t xml:space="preserve"> </w:t>
      </w:r>
      <w:proofErr w:type="spellStart"/>
      <w:r>
        <w:rPr>
          <w:color w:val="243447"/>
          <w:sz w:val="24"/>
        </w:rPr>
        <w:t>radionicama</w:t>
      </w:r>
      <w:proofErr w:type="spellEnd"/>
      <w:r>
        <w:rPr>
          <w:color w:val="243447"/>
          <w:sz w:val="24"/>
        </w:rPr>
        <w:t>.</w:t>
      </w:r>
    </w:p>
    <w:p w14:paraId="038B97A1" w14:textId="77777777" w:rsidR="00493BFA" w:rsidRDefault="00493BFA">
      <w:pPr>
        <w:spacing w:before="80" w:after="240" w:line="283" w:lineRule="auto"/>
        <w:ind w:left="709" w:right="142"/>
      </w:pPr>
    </w:p>
    <w:p w14:paraId="0D86CD47" w14:textId="77777777" w:rsidR="006D0362" w:rsidRDefault="00000000">
      <w:pPr>
        <w:shd w:val="clear" w:color="auto" w:fill="FCEBEC"/>
        <w:spacing w:before="200"/>
        <w:jc w:val="center"/>
      </w:pPr>
      <w:r>
        <w:rPr>
          <w:b/>
          <w:color w:val="D62828"/>
          <w:sz w:val="27"/>
        </w:rPr>
        <w:t>Možete koristiti jednu ili više usluga, prema svojim potrebama.</w:t>
      </w:r>
    </w:p>
    <w:p w14:paraId="077DD152" w14:textId="77777777" w:rsidR="006D0362" w:rsidRDefault="00000000">
      <w:r>
        <w:br w:type="page"/>
      </w:r>
    </w:p>
    <w:p w14:paraId="00D3F6EF" w14:textId="77777777" w:rsidR="006D0362" w:rsidRDefault="00000000">
      <w:pPr>
        <w:keepNext/>
        <w:shd w:val="clear" w:color="auto" w:fill="FCEBEC"/>
        <w:spacing w:before="320" w:after="220"/>
        <w:ind w:left="85" w:right="85"/>
      </w:pPr>
      <w:r>
        <w:rPr>
          <w:b/>
          <w:color w:val="D62828"/>
          <w:sz w:val="32"/>
        </w:rPr>
        <w:lastRenderedPageBreak/>
        <w:t xml:space="preserve">  KAKO SE UKLJUČITI?</w:t>
      </w:r>
    </w:p>
    <w:p w14:paraId="29522831" w14:textId="77777777" w:rsidR="00493BFA" w:rsidRDefault="00493BFA">
      <w:pPr>
        <w:spacing w:after="280"/>
        <w:jc w:val="center"/>
        <w:rPr>
          <w:color w:val="243447"/>
          <w:sz w:val="27"/>
        </w:rPr>
      </w:pPr>
    </w:p>
    <w:p w14:paraId="5EB4CE84" w14:textId="7A54FBF0" w:rsidR="006D0362" w:rsidRDefault="00000000">
      <w:pPr>
        <w:spacing w:after="280"/>
        <w:jc w:val="center"/>
      </w:pPr>
      <w:proofErr w:type="spellStart"/>
      <w:r>
        <w:rPr>
          <w:color w:val="243447"/>
          <w:sz w:val="27"/>
        </w:rPr>
        <w:t>Javite</w:t>
      </w:r>
      <w:proofErr w:type="spellEnd"/>
      <w:r>
        <w:rPr>
          <w:color w:val="243447"/>
          <w:sz w:val="27"/>
        </w:rPr>
        <w:t xml:space="preserve"> se </w:t>
      </w:r>
      <w:proofErr w:type="spellStart"/>
      <w:r>
        <w:rPr>
          <w:color w:val="243447"/>
          <w:sz w:val="27"/>
        </w:rPr>
        <w:t>Gradskom</w:t>
      </w:r>
      <w:proofErr w:type="spellEnd"/>
      <w:r>
        <w:rPr>
          <w:color w:val="243447"/>
          <w:sz w:val="27"/>
        </w:rPr>
        <w:t xml:space="preserve"> </w:t>
      </w:r>
      <w:proofErr w:type="spellStart"/>
      <w:r>
        <w:rPr>
          <w:color w:val="243447"/>
          <w:sz w:val="27"/>
        </w:rPr>
        <w:t>društvu</w:t>
      </w:r>
      <w:proofErr w:type="spellEnd"/>
      <w:r>
        <w:rPr>
          <w:color w:val="243447"/>
          <w:sz w:val="27"/>
        </w:rPr>
        <w:t xml:space="preserve"> </w:t>
      </w:r>
      <w:proofErr w:type="spellStart"/>
      <w:r>
        <w:rPr>
          <w:color w:val="243447"/>
          <w:sz w:val="27"/>
        </w:rPr>
        <w:t>Crvenog</w:t>
      </w:r>
      <w:proofErr w:type="spellEnd"/>
      <w:r>
        <w:rPr>
          <w:color w:val="243447"/>
          <w:sz w:val="27"/>
        </w:rPr>
        <w:t xml:space="preserve"> križa Dugo Selo. Zajedno ćemo razgovarati o tome koja vam je vrsta pomoći potrebna.</w:t>
      </w:r>
    </w:p>
    <w:p w14:paraId="596397C9" w14:textId="77777777" w:rsidR="006D0362" w:rsidRDefault="00000000">
      <w:pPr>
        <w:shd w:val="clear" w:color="auto" w:fill="EAF3FB"/>
        <w:spacing w:before="40" w:after="40"/>
        <w:ind w:left="680" w:right="680"/>
        <w:jc w:val="center"/>
      </w:pPr>
      <w:r>
        <w:rPr>
          <w:b/>
          <w:color w:val="1455A3"/>
          <w:sz w:val="26"/>
        </w:rPr>
        <w:t xml:space="preserve">☎  Telefon: </w:t>
      </w:r>
      <w:r>
        <w:rPr>
          <w:b/>
          <w:color w:val="243447"/>
          <w:sz w:val="26"/>
        </w:rPr>
        <w:t>01 2753 130</w:t>
      </w:r>
    </w:p>
    <w:p w14:paraId="5CC2ECA9" w14:textId="77777777" w:rsidR="006D0362" w:rsidRDefault="00000000">
      <w:pPr>
        <w:shd w:val="clear" w:color="auto" w:fill="EAF3FB"/>
        <w:spacing w:before="40" w:after="40"/>
        <w:ind w:left="680" w:right="680"/>
        <w:jc w:val="center"/>
      </w:pPr>
      <w:r>
        <w:rPr>
          <w:b/>
          <w:color w:val="1455A3"/>
          <w:sz w:val="26"/>
        </w:rPr>
        <w:t xml:space="preserve">@  E-pošta: </w:t>
      </w:r>
      <w:r>
        <w:rPr>
          <w:b/>
          <w:color w:val="243447"/>
          <w:sz w:val="26"/>
        </w:rPr>
        <w:t>mrezapodrskeds@gmail.com</w:t>
      </w:r>
    </w:p>
    <w:p w14:paraId="3CFDE5CA" w14:textId="77777777" w:rsidR="006D0362" w:rsidRDefault="00000000">
      <w:pPr>
        <w:shd w:val="clear" w:color="auto" w:fill="EAF3FB"/>
        <w:spacing w:before="40" w:after="40"/>
        <w:ind w:left="680" w:right="680"/>
        <w:jc w:val="center"/>
      </w:pPr>
      <w:r>
        <w:rPr>
          <w:b/>
          <w:color w:val="1455A3"/>
          <w:sz w:val="26"/>
        </w:rPr>
        <w:t xml:space="preserve">⌂  Nositelj projekta: </w:t>
      </w:r>
      <w:r>
        <w:rPr>
          <w:b/>
          <w:color w:val="243447"/>
          <w:sz w:val="26"/>
        </w:rPr>
        <w:t>GDCK Dugo Selo</w:t>
      </w:r>
    </w:p>
    <w:p w14:paraId="5CE552A2" w14:textId="77777777" w:rsidR="00493BFA" w:rsidRDefault="00000000">
      <w:pPr>
        <w:keepNext/>
        <w:shd w:val="clear" w:color="auto" w:fill="EAF3FB"/>
        <w:spacing w:before="320" w:after="220"/>
        <w:ind w:left="85" w:right="85"/>
        <w:rPr>
          <w:b/>
          <w:color w:val="1455A3"/>
          <w:sz w:val="32"/>
        </w:rPr>
      </w:pPr>
      <w:r>
        <w:rPr>
          <w:b/>
          <w:color w:val="1455A3"/>
          <w:sz w:val="32"/>
        </w:rPr>
        <w:t xml:space="preserve"> </w:t>
      </w:r>
    </w:p>
    <w:p w14:paraId="73653A6A" w14:textId="4FDC98F8" w:rsidR="006D0362" w:rsidRDefault="00000000" w:rsidP="00493BFA">
      <w:pPr>
        <w:keepNext/>
        <w:shd w:val="clear" w:color="auto" w:fill="EAF3FB"/>
        <w:spacing w:before="320" w:after="220"/>
        <w:ind w:right="85"/>
      </w:pPr>
      <w:r>
        <w:rPr>
          <w:b/>
          <w:color w:val="1455A3"/>
          <w:sz w:val="32"/>
        </w:rPr>
        <w:t xml:space="preserve"> VAŽNO JE ZNATI</w:t>
      </w:r>
    </w:p>
    <w:p w14:paraId="0D7EF204" w14:textId="77777777" w:rsidR="006D0362" w:rsidRDefault="00000000">
      <w:pPr>
        <w:pStyle w:val="ListBullet"/>
        <w:spacing w:after="140" w:line="276" w:lineRule="auto"/>
        <w:ind w:left="454" w:hanging="227"/>
      </w:pPr>
      <w:r>
        <w:rPr>
          <w:color w:val="243447"/>
        </w:rPr>
        <w:t>Sudjelovanje je potpuno besplatno.</w:t>
      </w:r>
    </w:p>
    <w:p w14:paraId="5A174085" w14:textId="77777777" w:rsidR="006D0362" w:rsidRDefault="00000000">
      <w:pPr>
        <w:pStyle w:val="ListBullet"/>
        <w:spacing w:after="140" w:line="276" w:lineRule="auto"/>
        <w:ind w:left="454" w:hanging="227"/>
      </w:pPr>
      <w:r>
        <w:rPr>
          <w:color w:val="243447"/>
        </w:rPr>
        <w:t>Pomoć se dogovara prema vašim potrebama.</w:t>
      </w:r>
    </w:p>
    <w:p w14:paraId="49130994" w14:textId="77777777" w:rsidR="006D0362" w:rsidRDefault="00000000">
      <w:pPr>
        <w:pStyle w:val="ListBullet"/>
        <w:spacing w:after="140" w:line="276" w:lineRule="auto"/>
        <w:ind w:left="454" w:hanging="227"/>
      </w:pPr>
      <w:r>
        <w:rPr>
          <w:color w:val="243447"/>
        </w:rPr>
        <w:t>Za dodatna pitanja slobodno nam se javite.</w:t>
      </w:r>
    </w:p>
    <w:p w14:paraId="7A6355BE" w14:textId="77777777" w:rsidR="006D0362" w:rsidRDefault="00000000">
      <w:pPr>
        <w:keepNext/>
        <w:shd w:val="clear" w:color="auto" w:fill="F3F5F7"/>
        <w:spacing w:before="320" w:after="220"/>
        <w:ind w:left="85" w:right="85"/>
      </w:pPr>
      <w:r>
        <w:rPr>
          <w:b/>
          <w:color w:val="243447"/>
          <w:sz w:val="32"/>
        </w:rPr>
        <w:t xml:space="preserve">  O PROJEKTU</w:t>
      </w:r>
    </w:p>
    <w:p w14:paraId="4FDD5834" w14:textId="77777777" w:rsidR="006D0362" w:rsidRDefault="00000000">
      <w:pPr>
        <w:spacing w:after="80"/>
      </w:pPr>
      <w:r>
        <w:rPr>
          <w:b/>
          <w:color w:val="243447"/>
          <w:sz w:val="23"/>
        </w:rPr>
        <w:t>Naziv projekta:</w:t>
      </w:r>
      <w:r>
        <w:rPr>
          <w:color w:val="243447"/>
          <w:sz w:val="23"/>
        </w:rPr>
        <w:t xml:space="preserve"> „Mreža podrške“</w:t>
      </w:r>
    </w:p>
    <w:p w14:paraId="798D983B" w14:textId="77777777" w:rsidR="006D0362" w:rsidRDefault="00000000">
      <w:pPr>
        <w:spacing w:after="80"/>
      </w:pPr>
      <w:r>
        <w:rPr>
          <w:b/>
          <w:color w:val="243447"/>
          <w:sz w:val="23"/>
        </w:rPr>
        <w:t>Kod projekta:</w:t>
      </w:r>
      <w:r>
        <w:rPr>
          <w:color w:val="243447"/>
          <w:sz w:val="23"/>
        </w:rPr>
        <w:t xml:space="preserve"> SF.3.4.11.04.0157</w:t>
      </w:r>
    </w:p>
    <w:p w14:paraId="48160B5D" w14:textId="77777777" w:rsidR="006D0362" w:rsidRDefault="00000000">
      <w:pPr>
        <w:spacing w:after="80"/>
      </w:pPr>
      <w:r>
        <w:rPr>
          <w:b/>
          <w:color w:val="243447"/>
          <w:sz w:val="23"/>
        </w:rPr>
        <w:t>Trajanje projekta:</w:t>
      </w:r>
      <w:r>
        <w:rPr>
          <w:color w:val="243447"/>
          <w:sz w:val="23"/>
        </w:rPr>
        <w:t xml:space="preserve"> 36 mjeseci</w:t>
      </w:r>
    </w:p>
    <w:p w14:paraId="10BED969" w14:textId="77777777" w:rsidR="006D0362" w:rsidRDefault="00000000">
      <w:r>
        <w:rPr>
          <w:b/>
          <w:color w:val="243447"/>
          <w:sz w:val="23"/>
        </w:rPr>
        <w:t>Vrijednost projekta:</w:t>
      </w:r>
      <w:r>
        <w:rPr>
          <w:color w:val="243447"/>
          <w:sz w:val="23"/>
        </w:rPr>
        <w:t xml:space="preserve"> 196.008,69 EUR</w:t>
      </w:r>
    </w:p>
    <w:p w14:paraId="22BADA02" w14:textId="64A00A4F" w:rsidR="006D0362" w:rsidRDefault="006D0362">
      <w:pPr>
        <w:spacing w:after="80"/>
        <w:jc w:val="center"/>
        <w:rPr>
          <w:color w:val="243447"/>
          <w:sz w:val="21"/>
        </w:rPr>
      </w:pPr>
    </w:p>
    <w:p w14:paraId="3ECA0CB5" w14:textId="77777777" w:rsidR="00493BFA" w:rsidRDefault="00493BFA">
      <w:pPr>
        <w:spacing w:after="80"/>
        <w:jc w:val="center"/>
      </w:pPr>
    </w:p>
    <w:sectPr w:rsidR="00493BFA" w:rsidSect="00034616">
      <w:headerReference w:type="default" r:id="rId15"/>
      <w:footerReference w:type="default" r:id="rId16"/>
      <w:pgSz w:w="11906" w:h="16838"/>
      <w:pgMar w:top="964" w:right="1134" w:bottom="907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3AEF" w14:textId="77777777" w:rsidR="00077075" w:rsidRDefault="00077075">
      <w:pPr>
        <w:spacing w:after="0" w:line="240" w:lineRule="auto"/>
      </w:pPr>
      <w:r>
        <w:separator/>
      </w:r>
    </w:p>
  </w:endnote>
  <w:endnote w:type="continuationSeparator" w:id="0">
    <w:p w14:paraId="688C8F27" w14:textId="77777777" w:rsidR="00077075" w:rsidRDefault="0007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E1D5" w14:textId="77777777" w:rsidR="006D0362" w:rsidRDefault="00000000">
    <w:pPr>
      <w:pStyle w:val="Footer"/>
      <w:jc w:val="center"/>
    </w:pPr>
    <w:r>
      <w:rPr>
        <w:color w:val="687582"/>
        <w:sz w:val="18"/>
      </w:rPr>
      <w:t>Projekt „</w:t>
    </w:r>
    <w:proofErr w:type="spellStart"/>
    <w:r>
      <w:rPr>
        <w:color w:val="687582"/>
        <w:sz w:val="18"/>
      </w:rPr>
      <w:t>Mreža</w:t>
    </w:r>
    <w:proofErr w:type="spellEnd"/>
    <w:r>
      <w:rPr>
        <w:color w:val="687582"/>
        <w:sz w:val="18"/>
      </w:rPr>
      <w:t xml:space="preserve"> </w:t>
    </w:r>
    <w:proofErr w:type="spellStart"/>
    <w:proofErr w:type="gramStart"/>
    <w:r>
      <w:rPr>
        <w:color w:val="687582"/>
        <w:sz w:val="18"/>
      </w:rPr>
      <w:t>podrške</w:t>
    </w:r>
    <w:proofErr w:type="spellEnd"/>
    <w:r>
      <w:rPr>
        <w:color w:val="687582"/>
        <w:sz w:val="18"/>
      </w:rPr>
      <w:t>“  |  SF.</w:t>
    </w:r>
    <w:proofErr w:type="gramEnd"/>
    <w:r>
      <w:rPr>
        <w:color w:val="687582"/>
        <w:sz w:val="18"/>
      </w:rPr>
      <w:t>3.4.11.04.0157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9C1B" w14:textId="77777777" w:rsidR="00077075" w:rsidRDefault="00077075">
      <w:pPr>
        <w:spacing w:after="0" w:line="240" w:lineRule="auto"/>
      </w:pPr>
      <w:r>
        <w:separator/>
      </w:r>
    </w:p>
  </w:footnote>
  <w:footnote w:type="continuationSeparator" w:id="0">
    <w:p w14:paraId="73C8ADE8" w14:textId="77777777" w:rsidR="00077075" w:rsidRDefault="0007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7DC8A" w14:textId="77777777" w:rsidR="006D0362" w:rsidRDefault="00000000">
    <w:pPr>
      <w:pStyle w:val="Header"/>
      <w:jc w:val="center"/>
    </w:pPr>
    <w:r>
      <w:rPr>
        <w:b/>
        <w:color w:val="D62828"/>
        <w:sz w:val="19"/>
      </w:rPr>
      <w:t>HRVATSKI CRVENI KRIŽ – GRADSKO DRUŠTVO CRVENOG KRIŽA DUGO SELO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0243881">
    <w:abstractNumId w:val="8"/>
  </w:num>
  <w:num w:numId="2" w16cid:durableId="257372875">
    <w:abstractNumId w:val="6"/>
  </w:num>
  <w:num w:numId="3" w16cid:durableId="683046701">
    <w:abstractNumId w:val="5"/>
  </w:num>
  <w:num w:numId="4" w16cid:durableId="617181716">
    <w:abstractNumId w:val="4"/>
  </w:num>
  <w:num w:numId="5" w16cid:durableId="1573739124">
    <w:abstractNumId w:val="7"/>
  </w:num>
  <w:num w:numId="6" w16cid:durableId="1058089142">
    <w:abstractNumId w:val="3"/>
  </w:num>
  <w:num w:numId="7" w16cid:durableId="1161776382">
    <w:abstractNumId w:val="2"/>
  </w:num>
  <w:num w:numId="8" w16cid:durableId="2092698062">
    <w:abstractNumId w:val="1"/>
  </w:num>
  <w:num w:numId="9" w16cid:durableId="15993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075"/>
    <w:rsid w:val="0015074B"/>
    <w:rsid w:val="0029639D"/>
    <w:rsid w:val="00326F90"/>
    <w:rsid w:val="00493BFA"/>
    <w:rsid w:val="006D0362"/>
    <w:rsid w:val="00AA1D8D"/>
    <w:rsid w:val="00B47730"/>
    <w:rsid w:val="00CB0664"/>
    <w:rsid w:val="00E061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B2344"/>
  <w14:defaultImageDpi w14:val="300"/>
  <w15:docId w15:val="{D1F05C12-B82C-4018-98D7-9FE506D4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 w:line="288" w:lineRule="auto"/>
    </w:pPr>
    <w:rPr>
      <w:rFonts w:ascii="Arial" w:hAnsi="Arial"/>
      <w:sz w:val="2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1451</Characters>
  <Application>Microsoft Office Word</Application>
  <DocSecurity>0</DocSecurity>
  <Lines>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Kordina</cp:lastModifiedBy>
  <cp:revision>2</cp:revision>
  <dcterms:created xsi:type="dcterms:W3CDTF">2026-07-23T07:51:00Z</dcterms:created>
  <dcterms:modified xsi:type="dcterms:W3CDTF">2026-07-23T07:51:00Z</dcterms:modified>
  <cp:category/>
</cp:coreProperties>
</file>